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0" w:before="0"/>
        <w:ind w:left="173" w:right="173"/>
        <w:pBdr>
          <w:top w:val="single" w:sz="7" w:space="5" w:color="C9D8CE"/>
        </w:pBdr>
        <w:pBdr>
          <w:bottom w:val="single" w:sz="5" w:space="5" w:color="C9D8CE"/>
        </w:pBdr>
      </w:pPr>
      <w:r>
        <w:rPr>
          <w:rFonts w:ascii="Aptos Mono" w:hAnsi="Aptos Mono"/>
          <w:b w:val="0"/>
          <w:i w:val="0"/>
          <w:color w:val="647269"/>
          <w:sz w:val="16"/>
        </w:rPr>
        <w:t>●  ●  ●                                      cv.primozjenko.si  ·  secure</w:t>
      </w:r>
    </w:p>
    <w:p>
      <w:pPr>
        <w:spacing w:after="20"/>
        <w:ind w:left="173"/>
      </w:pPr>
      <w:r>
        <w:rPr>
          <w:rFonts w:ascii="Aptos Mono" w:hAnsi="Aptos Mono"/>
          <w:b/>
          <w:i w:val="0"/>
          <w:color w:val="45D978"/>
          <w:sz w:val="20"/>
        </w:rPr>
        <w:t>$ whoami</w:t>
      </w:r>
    </w:p>
    <w:p>
      <w:pPr>
        <w:spacing w:after="0"/>
        <w:ind w:left="173"/>
      </w:pPr>
      <w:r>
        <w:rPr>
          <w:rFonts w:ascii="Aptos Mono" w:hAnsi="Aptos Mono"/>
          <w:b/>
          <w:i w:val="0"/>
          <w:color w:val="111814"/>
          <w:sz w:val="56"/>
        </w:rPr>
        <w:t>PRIMOŽ JENKO</w:t>
      </w:r>
    </w:p>
    <w:p>
      <w:pPr>
        <w:spacing w:after="40"/>
        <w:ind w:left="173"/>
      </w:pPr>
      <w:r>
        <w:rPr>
          <w:rFonts w:ascii="Aptos Mono" w:hAnsi="Aptos Mono"/>
          <w:b/>
          <w:i w:val="0"/>
          <w:color w:val="168A46"/>
          <w:sz w:val="22"/>
        </w:rPr>
        <w:t>SOFTWARE ENGINEER  ·  PRODUCT BUILDER  ·  TECHNICAL OWNER</w:t>
      </w:r>
    </w:p>
    <w:p>
      <w:pPr>
        <w:spacing w:after="200"/>
        <w:ind w:left="173"/>
        <w:pBdr>
          <w:bottom w:val="single" w:sz="7" w:space="5" w:color="C9D8CE"/>
        </w:pBdr>
      </w:pPr>
      <w:r>
        <w:rPr>
          <w:rFonts w:ascii="Aptos Mono" w:hAnsi="Aptos Mono"/>
          <w:b w:val="0"/>
          <w:i w:val="0"/>
          <w:color w:val="647269"/>
          <w:sz w:val="18"/>
        </w:rPr>
        <w:t>Mengeš, Slovenia  |  +386 30 685 700  |  info@primozjenko.si</w:t>
        <w:br/>
        <w:t>primozjenko.si  |  github.com/primozjenko</w:t>
      </w:r>
    </w:p>
    <w:p>
      <w:pPr>
        <w:pStyle w:val="TerminalCommand"/>
        <w:spacing w:before="200" w:after="100"/>
        <w:ind w:left="173" w:right="173"/>
        <w:pBdr>
          <w:top w:val="single" w:sz="5" w:space="5" w:color="C9D8CE"/>
        </w:pBdr>
        <w:pBdr>
          <w:bottom w:val="single" w:sz="5" w:space="5" w:color="C9D8CE"/>
        </w:pBdr>
      </w:pPr>
      <w:r>
        <w:rPr>
          <w:rFonts w:ascii="Aptos Mono" w:hAnsi="Aptos Mono"/>
          <w:b/>
          <w:i w:val="0"/>
          <w:color w:val="45D978"/>
          <w:sz w:val="18"/>
        </w:rPr>
        <w:t xml:space="preserve">$ </w:t>
      </w:r>
      <w:r>
        <w:rPr>
          <w:rFonts w:ascii="Aptos Mono" w:hAnsi="Aptos Mono"/>
          <w:b/>
          <w:i w:val="0"/>
          <w:color w:val="111814"/>
          <w:sz w:val="18"/>
        </w:rPr>
        <w:t>cat profile.md</w:t>
      </w:r>
    </w:p>
    <w:p>
      <w:pPr>
        <w:spacing w:after="120" w:line="283" w:lineRule="auto"/>
        <w:ind w:left="173"/>
        <w:pBdr>
          <w:left w:val="single" w:sz="10" w:space="7" w:color="DDE7E0"/>
        </w:pBdr>
        <w:keepLines/>
      </w:pPr>
      <w:r>
        <w:rPr>
          <w:rFonts w:ascii="Aptos Mono" w:hAnsi="Aptos Mono"/>
          <w:b w:val="0"/>
          <w:i w:val="0"/>
          <w:color w:val="111814"/>
          <w:sz w:val="20"/>
        </w:rPr>
        <w:t>I am curious about how systems work—and even more interested in how they can be improved. I take products from an unclear need to a dependable production system: understanding the problem, planning the solution, building and testing it, deploying it, and supporting it over time.</w:t>
      </w:r>
    </w:p>
    <w:p>
      <w:pPr>
        <w:spacing w:after="120" w:line="283" w:lineRule="auto"/>
        <w:ind w:left="173"/>
        <w:pBdr>
          <w:left w:val="single" w:sz="10" w:space="7" w:color="DDE7E0"/>
        </w:pBdr>
        <w:keepLines/>
      </w:pPr>
      <w:r>
        <w:rPr>
          <w:rFonts w:ascii="Aptos Mono" w:hAnsi="Aptos Mono"/>
          <w:b w:val="0"/>
          <w:i w:val="0"/>
          <w:color w:val="111814"/>
          <w:sz w:val="20"/>
        </w:rPr>
        <w:t>I learn unfamiliar systems quickly, turn complexity into practical steps and connect technical choices with user needs, delivery risk and business value. I also document solutions, explain decisions and help the people around me grow.</w:t>
      </w:r>
    </w:p>
    <w:p>
      <w:pPr>
        <w:pStyle w:val="TerminalCommand"/>
        <w:spacing w:before="200" w:after="100"/>
        <w:ind w:left="173" w:right="173"/>
        <w:pBdr>
          <w:top w:val="single" w:sz="5" w:space="5" w:color="C9D8CE"/>
        </w:pBdr>
        <w:pBdr>
          <w:bottom w:val="single" w:sz="5" w:space="5" w:color="C9D8CE"/>
        </w:pBdr>
      </w:pPr>
      <w:r>
        <w:rPr>
          <w:rFonts w:ascii="Aptos Mono" w:hAnsi="Aptos Mono"/>
          <w:b/>
          <w:i w:val="0"/>
          <w:color w:val="45D978"/>
          <w:sz w:val="18"/>
        </w:rPr>
        <w:t xml:space="preserve">$ </w:t>
      </w:r>
      <w:r>
        <w:rPr>
          <w:rFonts w:ascii="Aptos Mono" w:hAnsi="Aptos Mono"/>
          <w:b/>
          <w:i w:val="0"/>
          <w:color w:val="111814"/>
          <w:sz w:val="18"/>
        </w:rPr>
        <w:t>history --professional</w:t>
      </w:r>
    </w:p>
    <w:p>
      <w:pPr>
        <w:pStyle w:val="Heading2"/>
        <w:ind w:left="173"/>
        <w:pBdr>
          <w:left w:val="single" w:sz="10" w:space="7" w:color="DDE7E0"/>
        </w:pBdr>
        <w:keepNext/>
      </w:pPr>
      <w:r>
        <w:rPr>
          <w:rFonts w:ascii="Aptos Mono" w:hAnsi="Aptos Mono"/>
          <w:b/>
          <w:i w:val="0"/>
          <w:color w:val="168A46"/>
          <w:sz w:val="20"/>
        </w:rPr>
        <w:t xml:space="preserve">2025—NOW  </w:t>
      </w:r>
      <w:r>
        <w:rPr>
          <w:rFonts w:ascii="Aptos Mono" w:hAnsi="Aptos Mono"/>
          <w:b/>
          <w:i w:val="0"/>
          <w:color w:val="111814"/>
          <w:sz w:val="23"/>
        </w:rPr>
        <w:t>BMM Testlabs</w:t>
      </w:r>
      <w:r>
        <w:rPr>
          <w:rFonts w:ascii="Aptos Mono" w:hAnsi="Aptos Mono"/>
          <w:b/>
          <w:i w:val="0"/>
          <w:color w:val="647269"/>
          <w:sz w:val="20"/>
        </w:rPr>
        <w:t xml:space="preserve">  ·  QA Tester / Source Code Reviewer</w:t>
      </w:r>
    </w:p>
    <w:p>
      <w:pPr>
        <w:pStyle w:val="ListBullet"/>
        <w:spacing w:after="70" w:line="274" w:lineRule="auto"/>
        <w:ind w:left="403" w:hanging="230"/>
        <w:pBdr>
          <w:left w:val="single" w:sz="10" w:space="7" w:color="DDE7E0"/>
        </w:pBdr>
        <w:keepLines/>
      </w:pPr>
      <w:r>
        <w:rPr>
          <w:rFonts w:ascii="Aptos Mono" w:hAnsi="Aptos Mono"/>
          <w:b w:val="0"/>
          <w:i w:val="0"/>
          <w:color w:val="111814"/>
          <w:sz w:val="19"/>
        </w:rPr>
        <w:t>Review source code and perform technical analysis across varied technology stacks, identifying architecture, implementation quality and risk.</w:t>
      </w:r>
    </w:p>
    <w:p>
      <w:pPr>
        <w:pStyle w:val="ListBullet"/>
        <w:spacing w:after="70" w:line="274" w:lineRule="auto"/>
        <w:ind w:left="403" w:hanging="230"/>
        <w:pBdr>
          <w:left w:val="single" w:sz="10" w:space="7" w:color="DDE7E0"/>
        </w:pBdr>
        <w:keepLines/>
      </w:pPr>
      <w:r>
        <w:rPr>
          <w:rFonts w:ascii="Aptos Mono" w:hAnsi="Aptos Mono"/>
          <w:b w:val="0"/>
          <w:i w:val="0"/>
          <w:color w:val="111814"/>
          <w:sz w:val="19"/>
        </w:rPr>
        <w:t>Prepare, compile and verify Windows/Linux builds; test complex gaming systems, EGM machines and connected devices.</w:t>
      </w:r>
    </w:p>
    <w:p>
      <w:pPr>
        <w:pStyle w:val="ListBullet"/>
        <w:spacing w:after="70" w:line="274" w:lineRule="auto"/>
        <w:ind w:left="403" w:hanging="230"/>
        <w:pBdr>
          <w:left w:val="single" w:sz="10" w:space="7" w:color="DDE7E0"/>
        </w:pBdr>
        <w:keepLines/>
      </w:pPr>
      <w:r>
        <w:rPr>
          <w:rFonts w:ascii="Aptos Mono" w:hAnsi="Aptos Mono"/>
          <w:b w:val="0"/>
          <w:i w:val="0"/>
          <w:color w:val="111814"/>
          <w:sz w:val="19"/>
        </w:rPr>
        <w:t>Translate regulatory and technical requirements into clear findings and practical next steps within ISO/IEC-related conformity-assessment processes.</w:t>
      </w:r>
    </w:p>
    <w:p>
      <w:pPr>
        <w:pStyle w:val="Heading2"/>
        <w:ind w:left="173"/>
        <w:pBdr>
          <w:left w:val="single" w:sz="10" w:space="7" w:color="DDE7E0"/>
        </w:pBdr>
        <w:keepNext/>
      </w:pPr>
      <w:r>
        <w:rPr>
          <w:rFonts w:ascii="Aptos Mono" w:hAnsi="Aptos Mono"/>
          <w:b/>
          <w:i w:val="0"/>
          <w:color w:val="168A46"/>
          <w:sz w:val="20"/>
        </w:rPr>
        <w:t xml:space="preserve">2025—NOW  </w:t>
      </w:r>
      <w:r>
        <w:rPr>
          <w:rFonts w:ascii="Aptos Mono" w:hAnsi="Aptos Mono"/>
          <w:b/>
          <w:i w:val="0"/>
          <w:color w:val="111814"/>
          <w:sz w:val="23"/>
        </w:rPr>
        <w:t>Računalniško programiranje, Primož Jenko, s. p.</w:t>
      </w:r>
      <w:r>
        <w:rPr>
          <w:rFonts w:ascii="Aptos Mono" w:hAnsi="Aptos Mono"/>
          <w:b/>
          <w:i w:val="0"/>
          <w:color w:val="647269"/>
          <w:sz w:val="20"/>
        </w:rPr>
        <w:t xml:space="preserve">  ·  Freelance Developer &amp; Entrepreneur</w:t>
      </w:r>
    </w:p>
    <w:p>
      <w:pPr>
        <w:pStyle w:val="ListBullet"/>
        <w:spacing w:after="70" w:line="274" w:lineRule="auto"/>
        <w:ind w:left="403" w:hanging="230"/>
        <w:pBdr>
          <w:left w:val="single" w:sz="10" w:space="7" w:color="DDE7E0"/>
        </w:pBdr>
        <w:keepLines/>
      </w:pPr>
      <w:r>
        <w:rPr>
          <w:rFonts w:ascii="Aptos Mono" w:hAnsi="Aptos Mono"/>
          <w:b w:val="0"/>
          <w:i w:val="0"/>
          <w:color w:val="111814"/>
          <w:sz w:val="19"/>
        </w:rPr>
        <w:t>Deliver websites, online stores, integrations and custom business solutions from discovery through deployment and long-term support.</w:t>
      </w:r>
    </w:p>
    <w:p>
      <w:pPr>
        <w:pStyle w:val="ListBullet"/>
        <w:spacing w:after="70" w:line="274" w:lineRule="auto"/>
        <w:ind w:left="403" w:hanging="230"/>
        <w:pBdr>
          <w:left w:val="single" w:sz="10" w:space="7" w:color="DDE7E0"/>
        </w:pBdr>
        <w:keepLines/>
      </w:pPr>
      <w:r>
        <w:rPr>
          <w:rFonts w:ascii="Aptos Mono" w:hAnsi="Aptos Mono"/>
          <w:b w:val="0"/>
          <w:i w:val="0"/>
          <w:color w:val="111814"/>
          <w:sz w:val="19"/>
        </w:rPr>
        <w:t>Build WordPress/WooCommerce plugins, migration scripts and automation tools for complex catalogue and business data.</w:t>
      </w:r>
    </w:p>
    <w:p>
      <w:pPr>
        <w:pStyle w:val="ListBullet"/>
        <w:spacing w:after="70" w:line="274" w:lineRule="auto"/>
        <w:ind w:left="403" w:hanging="230"/>
        <w:pBdr>
          <w:left w:val="single" w:sz="10" w:space="7" w:color="DDE7E0"/>
        </w:pBdr>
        <w:keepLines/>
      </w:pPr>
      <w:r>
        <w:rPr>
          <w:rFonts w:ascii="Aptos Mono" w:hAnsi="Aptos Mono"/>
          <w:b w:val="0"/>
          <w:i w:val="0"/>
          <w:color w:val="111814"/>
          <w:sz w:val="19"/>
        </w:rPr>
        <w:t>Own Linux hosting, domains, SSL, backups, deployments and production troubleshooting—giving clients one accountable technical partner.</w:t>
      </w:r>
    </w:p>
    <w:p>
      <w:pPr>
        <w:pStyle w:val="Heading2"/>
        <w:ind w:left="173"/>
        <w:pBdr>
          <w:left w:val="single" w:sz="10" w:space="7" w:color="DDE7E0"/>
        </w:pBdr>
        <w:keepNext/>
      </w:pPr>
      <w:r>
        <w:rPr>
          <w:rFonts w:ascii="Aptos Mono" w:hAnsi="Aptos Mono"/>
          <w:b/>
          <w:i w:val="0"/>
          <w:color w:val="168A46"/>
          <w:sz w:val="20"/>
        </w:rPr>
        <w:t xml:space="preserve">2024—2025  </w:t>
      </w:r>
      <w:r>
        <w:rPr>
          <w:rFonts w:ascii="Aptos Mono" w:hAnsi="Aptos Mono"/>
          <w:b/>
          <w:i w:val="0"/>
          <w:color w:val="111814"/>
          <w:sz w:val="23"/>
        </w:rPr>
        <w:t>Independent Projects &amp; MojeZnanje</w:t>
      </w:r>
      <w:r>
        <w:rPr>
          <w:rFonts w:ascii="Aptos Mono" w:hAnsi="Aptos Mono"/>
          <w:b/>
          <w:i w:val="0"/>
          <w:color w:val="647269"/>
          <w:sz w:val="20"/>
        </w:rPr>
        <w:t xml:space="preserve">  ·  Developer / Lecturer</w:t>
      </w:r>
    </w:p>
    <w:p>
      <w:pPr>
        <w:pStyle w:val="ListBullet"/>
        <w:spacing w:after="70" w:line="274" w:lineRule="auto"/>
        <w:ind w:left="403" w:hanging="230"/>
        <w:pBdr>
          <w:left w:val="single" w:sz="10" w:space="7" w:color="DDE7E0"/>
        </w:pBdr>
        <w:keepLines/>
      </w:pPr>
      <w:r>
        <w:rPr>
          <w:rFonts w:ascii="Aptos Mono" w:hAnsi="Aptos Mono"/>
          <w:b w:val="0"/>
          <w:i w:val="0"/>
          <w:color w:val="111814"/>
          <w:sz w:val="19"/>
        </w:rPr>
        <w:t>Built React/Next.js products and delivered practical lectures on web development, WordPress, Docker and Kubernetes.</w:t>
      </w:r>
    </w:p>
    <w:p>
      <w:r>
        <w:br w:type="page"/>
      </w:r>
    </w:p>
    <w:p>
      <w:pPr>
        <w:pStyle w:val="TerminalCommand"/>
        <w:spacing w:before="200" w:after="100"/>
        <w:ind w:left="173" w:right="173"/>
        <w:pBdr>
          <w:top w:val="single" w:sz="5" w:space="5" w:color="C9D8CE"/>
        </w:pBdr>
        <w:pBdr>
          <w:bottom w:val="single" w:sz="5" w:space="5" w:color="C9D8CE"/>
        </w:pBdr>
      </w:pPr>
      <w:r>
        <w:rPr>
          <w:rFonts w:ascii="Aptos Mono" w:hAnsi="Aptos Mono"/>
          <w:b/>
          <w:i w:val="0"/>
          <w:color w:val="45D978"/>
          <w:sz w:val="18"/>
        </w:rPr>
        <w:t xml:space="preserve">$ </w:t>
      </w:r>
      <w:r>
        <w:rPr>
          <w:rFonts w:ascii="Aptos Mono" w:hAnsi="Aptos Mono"/>
          <w:b/>
          <w:i w:val="0"/>
          <w:color w:val="111814"/>
          <w:sz w:val="18"/>
        </w:rPr>
        <w:t>history --professional --continue</w:t>
      </w:r>
    </w:p>
    <w:p>
      <w:pPr>
        <w:pStyle w:val="Heading2"/>
        <w:ind w:left="173"/>
        <w:pBdr>
          <w:left w:val="single" w:sz="10" w:space="7" w:color="DDE7E0"/>
        </w:pBdr>
        <w:keepNext/>
      </w:pPr>
      <w:r>
        <w:rPr>
          <w:rFonts w:ascii="Aptos Mono" w:hAnsi="Aptos Mono"/>
          <w:b/>
          <w:i w:val="0"/>
          <w:color w:val="168A46"/>
          <w:sz w:val="20"/>
        </w:rPr>
        <w:t xml:space="preserve">2024  </w:t>
      </w:r>
      <w:r>
        <w:rPr>
          <w:rFonts w:ascii="Aptos Mono" w:hAnsi="Aptos Mono"/>
          <w:b/>
          <w:i w:val="0"/>
          <w:color w:val="111814"/>
          <w:sz w:val="23"/>
        </w:rPr>
        <w:t>Roltek</w:t>
      </w:r>
      <w:r>
        <w:rPr>
          <w:rFonts w:ascii="Aptos Mono" w:hAnsi="Aptos Mono"/>
          <w:b/>
          <w:i w:val="0"/>
          <w:color w:val="647269"/>
          <w:sz w:val="20"/>
        </w:rPr>
        <w:t xml:space="preserve">  ·  Application Development</w:t>
      </w:r>
    </w:p>
    <w:p>
      <w:pPr>
        <w:pStyle w:val="ListBullet"/>
        <w:spacing w:after="70" w:line="274" w:lineRule="auto"/>
        <w:ind w:left="403" w:hanging="230"/>
        <w:pBdr>
          <w:left w:val="single" w:sz="10" w:space="7" w:color="DDE7E0"/>
        </w:pBdr>
        <w:keepLines/>
      </w:pPr>
      <w:r>
        <w:rPr>
          <w:rFonts w:ascii="Aptos Mono" w:hAnsi="Aptos Mono"/>
          <w:b w:val="0"/>
          <w:i w:val="0"/>
          <w:color w:val="111814"/>
          <w:sz w:val="19"/>
        </w:rPr>
        <w:t>Improved an established business application, resolved defects and supported users, partners and the internal team without disrupting existing workflows.</w:t>
      </w:r>
    </w:p>
    <w:p>
      <w:pPr>
        <w:pStyle w:val="Heading2"/>
        <w:ind w:left="173"/>
        <w:pBdr>
          <w:left w:val="single" w:sz="10" w:space="7" w:color="DDE7E0"/>
        </w:pBdr>
        <w:keepNext/>
      </w:pPr>
      <w:r>
        <w:rPr>
          <w:rFonts w:ascii="Aptos Mono" w:hAnsi="Aptos Mono"/>
          <w:b/>
          <w:i w:val="0"/>
          <w:color w:val="168A46"/>
          <w:sz w:val="20"/>
        </w:rPr>
        <w:t xml:space="preserve">2023  </w:t>
      </w:r>
      <w:r>
        <w:rPr>
          <w:rFonts w:ascii="Aptos Mono" w:hAnsi="Aptos Mono"/>
          <w:b/>
          <w:i w:val="0"/>
          <w:color w:val="111814"/>
          <w:sz w:val="23"/>
        </w:rPr>
        <w:t>SmartCargo</w:t>
      </w:r>
      <w:r>
        <w:rPr>
          <w:rFonts w:ascii="Aptos Mono" w:hAnsi="Aptos Mono"/>
          <w:b/>
          <w:i w:val="0"/>
          <w:color w:val="647269"/>
          <w:sz w:val="20"/>
        </w:rPr>
        <w:t xml:space="preserve">  ·  Application Development</w:t>
      </w:r>
    </w:p>
    <w:p>
      <w:pPr>
        <w:pStyle w:val="ListBullet"/>
        <w:spacing w:after="70" w:line="274" w:lineRule="auto"/>
        <w:ind w:left="403" w:hanging="230"/>
        <w:pBdr>
          <w:left w:val="single" w:sz="10" w:space="7" w:color="DDE7E0"/>
        </w:pBdr>
        <w:keepLines/>
      </w:pPr>
      <w:r>
        <w:rPr>
          <w:rFonts w:ascii="Aptos Mono" w:hAnsi="Aptos Mono"/>
          <w:b w:val="0"/>
          <w:i w:val="0"/>
          <w:color w:val="111814"/>
          <w:sz w:val="19"/>
        </w:rPr>
        <w:t>Built a production Android application for Petrol from the ground up, including architecture, UI, business logic, backend integration, Mapbox navigation, testing and release preparation.</w:t>
      </w:r>
    </w:p>
    <w:p>
      <w:pPr>
        <w:pStyle w:val="ListBullet"/>
        <w:spacing w:after="70" w:line="274" w:lineRule="auto"/>
        <w:ind w:left="403" w:hanging="230"/>
        <w:pBdr>
          <w:left w:val="single" w:sz="10" w:space="7" w:color="DDE7E0"/>
        </w:pBdr>
        <w:keepLines/>
      </w:pPr>
      <w:r>
        <w:rPr>
          <w:rFonts w:ascii="Aptos Mono" w:hAnsi="Aptos Mono"/>
          <w:b w:val="0"/>
          <w:i w:val="0"/>
          <w:color w:val="111814"/>
          <w:sz w:val="19"/>
        </w:rPr>
        <w:t>Contributed to ERP authentication and Docker/Kubernetes environments.</w:t>
      </w:r>
    </w:p>
    <w:p>
      <w:pPr>
        <w:pStyle w:val="Heading2"/>
        <w:ind w:left="173"/>
        <w:pBdr>
          <w:left w:val="single" w:sz="10" w:space="7" w:color="DDE7E0"/>
        </w:pBdr>
        <w:keepNext/>
      </w:pPr>
      <w:r>
        <w:rPr>
          <w:rFonts w:ascii="Aptos Mono" w:hAnsi="Aptos Mono"/>
          <w:b/>
          <w:i w:val="0"/>
          <w:color w:val="168A46"/>
          <w:sz w:val="20"/>
        </w:rPr>
        <w:t xml:space="preserve">2021—2023  </w:t>
      </w:r>
      <w:r>
        <w:rPr>
          <w:rFonts w:ascii="Aptos Mono" w:hAnsi="Aptos Mono"/>
          <w:b/>
          <w:i w:val="0"/>
          <w:color w:val="111814"/>
          <w:sz w:val="23"/>
        </w:rPr>
        <w:t>MinimalVS</w:t>
      </w:r>
      <w:r>
        <w:rPr>
          <w:rFonts w:ascii="Aptos Mono" w:hAnsi="Aptos Mono"/>
          <w:b/>
          <w:i w:val="0"/>
          <w:color w:val="647269"/>
          <w:sz w:val="20"/>
        </w:rPr>
        <w:t xml:space="preserve">  ·  E-commerce Development</w:t>
      </w:r>
    </w:p>
    <w:p>
      <w:pPr>
        <w:pStyle w:val="ListBullet"/>
        <w:spacing w:after="70" w:line="274" w:lineRule="auto"/>
        <w:ind w:left="403" w:hanging="230"/>
        <w:pBdr>
          <w:left w:val="single" w:sz="10" w:space="7" w:color="DDE7E0"/>
        </w:pBdr>
        <w:keepLines/>
      </w:pPr>
      <w:r>
        <w:rPr>
          <w:rFonts w:ascii="Aptos Mono" w:hAnsi="Aptos Mono"/>
          <w:b w:val="0"/>
          <w:i w:val="0"/>
          <w:color w:val="111814"/>
          <w:sz w:val="19"/>
        </w:rPr>
        <w:t>Developed online stores, improved SEO and automated processes; revamped Capucinne and Capucinne Blue and introduced ERP and resilient backup infrastructure.</w:t>
      </w:r>
    </w:p>
    <w:p>
      <w:pPr>
        <w:pStyle w:val="Heading2"/>
        <w:ind w:left="173"/>
        <w:pBdr>
          <w:left w:val="single" w:sz="10" w:space="7" w:color="DDE7E0"/>
        </w:pBdr>
        <w:keepNext/>
      </w:pPr>
      <w:r>
        <w:rPr>
          <w:rFonts w:ascii="Aptos Mono" w:hAnsi="Aptos Mono"/>
          <w:b/>
          <w:i w:val="0"/>
          <w:color w:val="168A46"/>
          <w:sz w:val="20"/>
        </w:rPr>
        <w:t xml:space="preserve">2017—2019  </w:t>
      </w:r>
      <w:r>
        <w:rPr>
          <w:rFonts w:ascii="Aptos Mono" w:hAnsi="Aptos Mono"/>
          <w:b/>
          <w:i w:val="0"/>
          <w:color w:val="111814"/>
          <w:sz w:val="23"/>
        </w:rPr>
        <w:t>Družina Krumpak</w:t>
      </w:r>
      <w:r>
        <w:rPr>
          <w:rFonts w:ascii="Aptos Mono" w:hAnsi="Aptos Mono"/>
          <w:b/>
          <w:i w:val="0"/>
          <w:color w:val="647269"/>
          <w:sz w:val="20"/>
        </w:rPr>
        <w:t xml:space="preserve">  ·  Administration &amp; Travel Operations</w:t>
      </w:r>
    </w:p>
    <w:p>
      <w:pPr>
        <w:pStyle w:val="ListBullet"/>
        <w:spacing w:after="70" w:line="274" w:lineRule="auto"/>
        <w:ind w:left="403" w:hanging="230"/>
        <w:pBdr>
          <w:left w:val="single" w:sz="10" w:space="7" w:color="DDE7E0"/>
        </w:pBdr>
        <w:keepLines/>
      </w:pPr>
      <w:r>
        <w:rPr>
          <w:rFonts w:ascii="Aptos Mono" w:hAnsi="Aptos Mono"/>
          <w:b w:val="0"/>
          <w:i w:val="0"/>
          <w:color w:val="111814"/>
          <w:sz w:val="19"/>
        </w:rPr>
        <w:t>Coordinated charter travel, partner communication, pricing and daily operations.</w:t>
      </w:r>
    </w:p>
    <w:p>
      <w:pPr>
        <w:pStyle w:val="TerminalCommand"/>
        <w:spacing w:before="200" w:after="100"/>
        <w:ind w:left="173" w:right="173"/>
        <w:pBdr>
          <w:top w:val="single" w:sz="5" w:space="5" w:color="C9D8CE"/>
        </w:pBdr>
        <w:pBdr>
          <w:bottom w:val="single" w:sz="5" w:space="5" w:color="C9D8CE"/>
        </w:pBdr>
      </w:pPr>
      <w:r>
        <w:rPr>
          <w:rFonts w:ascii="Aptos Mono" w:hAnsi="Aptos Mono"/>
          <w:b/>
          <w:i w:val="0"/>
          <w:color w:val="45D978"/>
          <w:sz w:val="18"/>
        </w:rPr>
        <w:t xml:space="preserve">$ </w:t>
      </w:r>
      <w:r>
        <w:rPr>
          <w:rFonts w:ascii="Aptos Mono" w:hAnsi="Aptos Mono"/>
          <w:b/>
          <w:i w:val="0"/>
          <w:color w:val="111814"/>
          <w:sz w:val="18"/>
        </w:rPr>
        <w:t>cat toolkit.json</w:t>
      </w:r>
    </w:p>
    <w:p>
      <w:pPr>
        <w:spacing w:after="80"/>
        <w:ind w:left="173"/>
        <w:pBdr>
          <w:left w:val="single" w:sz="10" w:space="7" w:color="DDE7E0"/>
        </w:pBdr>
      </w:pPr>
      <w:r>
        <w:rPr>
          <w:rFonts w:ascii="Aptos Mono" w:hAnsi="Aptos Mono"/>
          <w:b/>
          <w:i w:val="0"/>
          <w:color w:val="168A46"/>
          <w:sz w:val="18"/>
        </w:rPr>
        <w:t xml:space="preserve">languages   </w:t>
      </w:r>
      <w:r>
        <w:rPr>
          <w:rFonts w:ascii="Aptos Mono" w:hAnsi="Aptos Mono"/>
          <w:b w:val="0"/>
          <w:i w:val="0"/>
          <w:color w:val="111814"/>
          <w:sz w:val="18"/>
        </w:rPr>
        <w:t>JavaScript, TypeScript, Python, Java, Kotlin, C, C++, C#, PHP, Ruby, SQL</w:t>
      </w:r>
    </w:p>
    <w:p>
      <w:pPr>
        <w:spacing w:after="80"/>
        <w:ind w:left="173"/>
        <w:pBdr>
          <w:left w:val="single" w:sz="10" w:space="7" w:color="DDE7E0"/>
        </w:pBdr>
      </w:pPr>
      <w:r>
        <w:rPr>
          <w:rFonts w:ascii="Aptos Mono" w:hAnsi="Aptos Mono"/>
          <w:b/>
          <w:i w:val="0"/>
          <w:color w:val="168A46"/>
          <w:sz w:val="18"/>
        </w:rPr>
        <w:t xml:space="preserve">frontend    </w:t>
      </w:r>
      <w:r>
        <w:rPr>
          <w:rFonts w:ascii="Aptos Mono" w:hAnsi="Aptos Mono"/>
          <w:b w:val="0"/>
          <w:i w:val="0"/>
          <w:color w:val="111814"/>
          <w:sz w:val="18"/>
        </w:rPr>
        <w:t>React, Next.js, Angular, Vue.js, HTML5, CSS/SCSS, Tailwind CSS, design libraries</w:t>
      </w:r>
    </w:p>
    <w:p>
      <w:pPr>
        <w:spacing w:after="80"/>
        <w:ind w:left="173"/>
        <w:pBdr>
          <w:left w:val="single" w:sz="10" w:space="7" w:color="DDE7E0"/>
        </w:pBdr>
      </w:pPr>
      <w:r>
        <w:rPr>
          <w:rFonts w:ascii="Aptos Mono" w:hAnsi="Aptos Mono"/>
          <w:b/>
          <w:i w:val="0"/>
          <w:color w:val="168A46"/>
          <w:sz w:val="18"/>
        </w:rPr>
        <w:t xml:space="preserve">backend     </w:t>
      </w:r>
      <w:r>
        <w:rPr>
          <w:rFonts w:ascii="Aptos Mono" w:hAnsi="Aptos Mono"/>
          <w:b w:val="0"/>
          <w:i w:val="0"/>
          <w:color w:val="111814"/>
          <w:sz w:val="18"/>
        </w:rPr>
        <w:t>Node.js, Express, Prisma, Ruby on Rails, Symfony, REST APIs, OpenAI, Mapbox, Stripe</w:t>
      </w:r>
    </w:p>
    <w:p>
      <w:pPr>
        <w:spacing w:after="80"/>
        <w:ind w:left="173"/>
        <w:pBdr>
          <w:left w:val="single" w:sz="10" w:space="7" w:color="DDE7E0"/>
        </w:pBdr>
      </w:pPr>
      <w:r>
        <w:rPr>
          <w:rFonts w:ascii="Aptos Mono" w:hAnsi="Aptos Mono"/>
          <w:b/>
          <w:i w:val="0"/>
          <w:color w:val="168A46"/>
          <w:sz w:val="18"/>
        </w:rPr>
        <w:t xml:space="preserve">data        </w:t>
      </w:r>
      <w:r>
        <w:rPr>
          <w:rFonts w:ascii="Aptos Mono" w:hAnsi="Aptos Mono"/>
          <w:b w:val="0"/>
          <w:i w:val="0"/>
          <w:color w:val="111814"/>
          <w:sz w:val="18"/>
        </w:rPr>
        <w:t>PostgreSQL, MySQL/MariaDB, MS SQL Server, SQLite, Firebase</w:t>
      </w:r>
    </w:p>
    <w:p>
      <w:pPr>
        <w:spacing w:after="80"/>
        <w:ind w:left="173"/>
        <w:pBdr>
          <w:left w:val="single" w:sz="10" w:space="7" w:color="DDE7E0"/>
        </w:pBdr>
      </w:pPr>
      <w:r>
        <w:rPr>
          <w:rFonts w:ascii="Aptos Mono" w:hAnsi="Aptos Mono"/>
          <w:b/>
          <w:i w:val="0"/>
          <w:color w:val="168A46"/>
          <w:sz w:val="18"/>
        </w:rPr>
        <w:t xml:space="preserve">commerce    </w:t>
      </w:r>
      <w:r>
        <w:rPr>
          <w:rFonts w:ascii="Aptos Mono" w:hAnsi="Aptos Mono"/>
          <w:b w:val="0"/>
          <w:i w:val="0"/>
          <w:color w:val="111814"/>
          <w:sz w:val="18"/>
        </w:rPr>
        <w:t>WordPress, WooCommerce, Shopify, PrestaShop, Medusa.js</w:t>
      </w:r>
    </w:p>
    <w:p>
      <w:pPr>
        <w:spacing w:after="80"/>
        <w:ind w:left="173"/>
        <w:pBdr>
          <w:left w:val="single" w:sz="10" w:space="7" w:color="DDE7E0"/>
        </w:pBdr>
      </w:pPr>
      <w:r>
        <w:rPr>
          <w:rFonts w:ascii="Aptos Mono" w:hAnsi="Aptos Mono"/>
          <w:b/>
          <w:i w:val="0"/>
          <w:color w:val="168A46"/>
          <w:sz w:val="18"/>
        </w:rPr>
        <w:t xml:space="preserve">quality     </w:t>
      </w:r>
      <w:r>
        <w:rPr>
          <w:rFonts w:ascii="Aptos Mono" w:hAnsi="Aptos Mono"/>
          <w:b w:val="0"/>
          <w:i w:val="0"/>
          <w:color w:val="111814"/>
          <w:sz w:val="18"/>
        </w:rPr>
        <w:t>Git/GitHub, SVN, Postman, Cypress, Jira, source review, testing, debugging, documentation, Figma</w:t>
      </w:r>
    </w:p>
    <w:p>
      <w:pPr>
        <w:spacing w:after="80"/>
        <w:ind w:left="173"/>
        <w:pBdr>
          <w:left w:val="single" w:sz="10" w:space="7" w:color="DDE7E0"/>
        </w:pBdr>
      </w:pPr>
      <w:r>
        <w:rPr>
          <w:rFonts w:ascii="Aptos Mono" w:hAnsi="Aptos Mono"/>
          <w:b/>
          <w:i w:val="0"/>
          <w:color w:val="168A46"/>
          <w:sz w:val="18"/>
        </w:rPr>
        <w:t xml:space="preserve">delivery    </w:t>
      </w:r>
      <w:r>
        <w:rPr>
          <w:rFonts w:ascii="Aptos Mono" w:hAnsi="Aptos Mono"/>
          <w:b w:val="0"/>
          <w:i w:val="0"/>
          <w:color w:val="111814"/>
          <w:sz w:val="18"/>
        </w:rPr>
        <w:t>Docker, Compose, Kubernetes, Linux/Ubuntu, Nginx, Apache, PM2, HestiaCP, cPanel, AWS EC2/CloudWatch</w:t>
      </w:r>
    </w:p>
    <w:p>
      <w:pPr>
        <w:spacing w:after="80"/>
        <w:ind w:left="173"/>
        <w:pBdr>
          <w:left w:val="single" w:sz="10" w:space="7" w:color="DDE7E0"/>
        </w:pBdr>
      </w:pPr>
      <w:r>
        <w:rPr>
          <w:rFonts w:ascii="Aptos Mono" w:hAnsi="Aptos Mono"/>
          <w:b/>
          <w:i w:val="0"/>
          <w:color w:val="168A46"/>
          <w:sz w:val="18"/>
        </w:rPr>
        <w:t xml:space="preserve">reliability </w:t>
      </w:r>
      <w:r>
        <w:rPr>
          <w:rFonts w:ascii="Aptos Mono" w:hAnsi="Aptos Mono"/>
          <w:b w:val="0"/>
          <w:i w:val="0"/>
          <w:color w:val="111814"/>
          <w:sz w:val="18"/>
        </w:rPr>
        <w:t>Deployment automation, environments, secrets, SSL, reverse proxies, monitoring, backups and recovery</w:t>
      </w:r>
    </w:p>
    <w:p>
      <w:pPr>
        <w:pStyle w:val="TerminalCommand"/>
        <w:spacing w:before="200" w:after="100"/>
        <w:ind w:left="173" w:right="173"/>
        <w:pBdr>
          <w:top w:val="single" w:sz="5" w:space="5" w:color="C9D8CE"/>
        </w:pBdr>
        <w:pBdr>
          <w:bottom w:val="single" w:sz="5" w:space="5" w:color="C9D8CE"/>
        </w:pBdr>
      </w:pPr>
      <w:r>
        <w:rPr>
          <w:rFonts w:ascii="Aptos Mono" w:hAnsi="Aptos Mono"/>
          <w:b/>
          <w:i w:val="0"/>
          <w:color w:val="45D978"/>
          <w:sz w:val="18"/>
        </w:rPr>
        <w:t xml:space="preserve">$ </w:t>
      </w:r>
      <w:r>
        <w:rPr>
          <w:rFonts w:ascii="Aptos Mono" w:hAnsi="Aptos Mono"/>
          <w:b/>
          <w:i w:val="0"/>
          <w:color w:val="111814"/>
          <w:sz w:val="18"/>
        </w:rPr>
        <w:t>cat education.txt &amp;&amp; cat languages.txt</w:t>
      </w:r>
    </w:p>
    <w:p>
      <w:pPr>
        <w:spacing w:after="60" w:line="283" w:lineRule="auto"/>
        <w:ind w:left="173"/>
        <w:pBdr>
          <w:left w:val="single" w:sz="10" w:space="7" w:color="DDE7E0"/>
        </w:pBdr>
        <w:keepLines/>
      </w:pPr>
      <w:r>
        <w:rPr>
          <w:rFonts w:ascii="Aptos Mono" w:hAnsi="Aptos Mono"/>
          <w:b/>
          <w:i w:val="0"/>
          <w:color w:val="111814"/>
          <w:sz w:val="19"/>
        </w:rPr>
        <w:t>2020—2024  Engineer of Informatics · School Centre Kranj, Higher Vocational College</w:t>
      </w:r>
    </w:p>
    <w:p>
      <w:pPr>
        <w:spacing w:after="60" w:line="283" w:lineRule="auto"/>
        <w:ind w:left="173"/>
        <w:pBdr>
          <w:left w:val="single" w:sz="10" w:space="7" w:color="DDE7E0"/>
        </w:pBdr>
        <w:keepLines/>
      </w:pPr>
      <w:r>
        <w:rPr>
          <w:rFonts w:ascii="Aptos Mono" w:hAnsi="Aptos Mono"/>
          <w:b w:val="0"/>
          <w:i w:val="0"/>
          <w:color w:val="111814"/>
          <w:sz w:val="19"/>
        </w:rPr>
        <w:t>2017—2018  Audio Engineering · EMI</w:t>
      </w:r>
    </w:p>
    <w:p>
      <w:pPr>
        <w:spacing w:after="100" w:line="283" w:lineRule="auto"/>
        <w:ind w:left="173"/>
        <w:pBdr>
          <w:left w:val="single" w:sz="10" w:space="7" w:color="DDE7E0"/>
        </w:pBdr>
        <w:keepLines/>
      </w:pPr>
      <w:r>
        <w:rPr>
          <w:rFonts w:ascii="Aptos Mono" w:hAnsi="Aptos Mono"/>
          <w:b w:val="0"/>
          <w:i w:val="0"/>
          <w:color w:val="111814"/>
          <w:sz w:val="19"/>
        </w:rPr>
        <w:t>2012—2016  General secondary education · Gimnazija Domžale</w:t>
      </w:r>
    </w:p>
    <w:p>
      <w:pPr>
        <w:spacing w:after="100" w:line="283" w:lineRule="auto"/>
        <w:ind w:left="173"/>
        <w:pBdr>
          <w:left w:val="single" w:sz="10" w:space="7" w:color="DDE7E0"/>
        </w:pBdr>
        <w:keepLines/>
      </w:pPr>
      <w:r>
        <w:rPr>
          <w:rFonts w:ascii="Aptos Mono" w:hAnsi="Aptos Mono"/>
          <w:b w:val="0"/>
          <w:i w:val="0"/>
          <w:color w:val="647269"/>
          <w:sz w:val="18"/>
        </w:rPr>
        <w:t>Slovenian: native  |  English: fluent  |  Croatian: conversational  |  German: elementary / passive</w:t>
      </w:r>
    </w:p>
    <w:p>
      <w:r>
        <w:br w:type="page"/>
      </w:r>
    </w:p>
    <w:p>
      <w:pPr>
        <w:pStyle w:val="TerminalCommand"/>
        <w:spacing w:before="200" w:after="100"/>
        <w:ind w:left="173" w:right="173"/>
        <w:pBdr>
          <w:top w:val="single" w:sz="5" w:space="5" w:color="C9D8CE"/>
        </w:pBdr>
        <w:pBdr>
          <w:bottom w:val="single" w:sz="5" w:space="5" w:color="C9D8CE"/>
        </w:pBdr>
      </w:pPr>
      <w:r>
        <w:rPr>
          <w:rFonts w:ascii="Aptos Mono" w:hAnsi="Aptos Mono"/>
          <w:b/>
          <w:i w:val="0"/>
          <w:color w:val="45D978"/>
          <w:sz w:val="18"/>
        </w:rPr>
        <w:t xml:space="preserve">$ </w:t>
      </w:r>
      <w:r>
        <w:rPr>
          <w:rFonts w:ascii="Aptos Mono" w:hAnsi="Aptos Mono"/>
          <w:b/>
          <w:i w:val="0"/>
          <w:color w:val="111814"/>
          <w:sz w:val="18"/>
        </w:rPr>
        <w:t>ls -la ./selected-work</w:t>
      </w:r>
    </w:p>
    <w:p>
      <w:pPr>
        <w:pStyle w:val="Heading2"/>
        <w:spacing w:before="120" w:after="40"/>
        <w:ind w:left="173"/>
        <w:pBdr>
          <w:left w:val="single" w:sz="10" w:space="7" w:color="DDE7E0"/>
        </w:pBdr>
      </w:pPr>
      <w:r>
        <w:rPr>
          <w:rFonts w:ascii="Aptos Mono" w:hAnsi="Aptos Mono"/>
          <w:b/>
          <w:i w:val="0"/>
          <w:color w:val="111814"/>
          <w:sz w:val="22"/>
        </w:rPr>
        <w:t>Projectista</w:t>
      </w:r>
      <w:r>
        <w:rPr>
          <w:rFonts w:ascii="Aptos Mono" w:hAnsi="Aptos Mono"/>
          <w:b/>
          <w:i w:val="0"/>
          <w:color w:val="168A46"/>
          <w:sz w:val="19"/>
        </w:rPr>
        <w:t xml:space="preserve">  ·  Founder &amp; Full-stack Developer · 2026—Now</w:t>
      </w:r>
    </w:p>
    <w:p>
      <w:pPr>
        <w:spacing w:after="40" w:line="283" w:lineRule="auto"/>
        <w:ind w:left="173"/>
        <w:pBdr>
          <w:left w:val="single" w:sz="10" w:space="7" w:color="DDE7E0"/>
        </w:pBdr>
        <w:keepLines/>
      </w:pPr>
      <w:r>
        <w:rPr>
          <w:rFonts w:ascii="Aptos Mono" w:hAnsi="Aptos Mono"/>
          <w:b w:val="0"/>
          <w:i w:val="0"/>
          <w:color w:val="111814"/>
          <w:sz w:val="19"/>
        </w:rPr>
        <w:t>Designed and built a SaaS platform for freelancers and small teams to manage clients, projects, meetings, files, invoices and communication. Own product strategy, UX, architecture, development, integrations, deployment and operations.</w:t>
      </w:r>
    </w:p>
    <w:p>
      <w:pPr>
        <w:spacing w:after="80" w:line="283" w:lineRule="auto"/>
        <w:ind w:left="173"/>
        <w:pBdr>
          <w:left w:val="single" w:sz="10" w:space="7" w:color="DDE7E0"/>
        </w:pBdr>
        <w:keepLines/>
      </w:pPr>
      <w:r>
        <w:rPr>
          <w:rFonts w:ascii="Aptos Mono" w:hAnsi="Aptos Mono"/>
          <w:b/>
          <w:i w:val="0"/>
          <w:color w:val="647269"/>
          <w:sz w:val="17"/>
        </w:rPr>
        <w:t>stack&gt; Next.js · TypeScript · Prisma · PostgreSQL · Stripe · Google/Microsoft APIs · Linux · Nginx</w:t>
      </w:r>
    </w:p>
    <w:p>
      <w:pPr>
        <w:pStyle w:val="Heading2"/>
        <w:spacing w:before="120" w:after="40"/>
        <w:ind w:left="173"/>
        <w:pBdr>
          <w:left w:val="single" w:sz="10" w:space="7" w:color="DDE7E0"/>
        </w:pBdr>
      </w:pPr>
      <w:r>
        <w:rPr>
          <w:rFonts w:ascii="Aptos Mono" w:hAnsi="Aptos Mono"/>
          <w:b/>
          <w:i w:val="0"/>
          <w:color w:val="111814"/>
          <w:sz w:val="22"/>
        </w:rPr>
        <w:t>Petrol Android Application</w:t>
      </w:r>
      <w:r>
        <w:rPr>
          <w:rFonts w:ascii="Aptos Mono" w:hAnsi="Aptos Mono"/>
          <w:b/>
          <w:i w:val="0"/>
          <w:color w:val="168A46"/>
          <w:sz w:val="19"/>
        </w:rPr>
        <w:t xml:space="preserve">  ·  SmartCargo · 2023</w:t>
      </w:r>
    </w:p>
    <w:p>
      <w:pPr>
        <w:spacing w:after="40" w:line="283" w:lineRule="auto"/>
        <w:ind w:left="173"/>
        <w:pBdr>
          <w:left w:val="single" w:sz="10" w:space="7" w:color="DDE7E0"/>
        </w:pBdr>
        <w:keepLines/>
      </w:pPr>
      <w:r>
        <w:rPr>
          <w:rFonts w:ascii="Aptos Mono" w:hAnsi="Aptos Mono"/>
          <w:b w:val="0"/>
          <w:i w:val="0"/>
          <w:color w:val="111814"/>
          <w:sz w:val="19"/>
        </w:rPr>
        <w:t>Built a production Android application from the ground up during a year-long engagement, covering architecture, UI, business logic, backend integration, Mapbox navigation, testing and release preparation.</w:t>
      </w:r>
    </w:p>
    <w:p>
      <w:pPr>
        <w:spacing w:after="80" w:line="283" w:lineRule="auto"/>
        <w:ind w:left="173"/>
        <w:pBdr>
          <w:left w:val="single" w:sz="10" w:space="7" w:color="DDE7E0"/>
        </w:pBdr>
        <w:keepLines/>
      </w:pPr>
      <w:r>
        <w:rPr>
          <w:rFonts w:ascii="Aptos Mono" w:hAnsi="Aptos Mono"/>
          <w:b/>
          <w:i w:val="0"/>
          <w:color w:val="647269"/>
          <w:sz w:val="17"/>
        </w:rPr>
        <w:t>stack&gt; Android · Java/Kotlin · REST APIs · Mapbox · Docker/Kubernetes</w:t>
      </w:r>
    </w:p>
    <w:p>
      <w:pPr>
        <w:pStyle w:val="Heading2"/>
        <w:spacing w:before="120" w:after="40"/>
        <w:ind w:left="173"/>
        <w:pBdr>
          <w:left w:val="single" w:sz="10" w:space="7" w:color="DDE7E0"/>
        </w:pBdr>
      </w:pPr>
      <w:r>
        <w:rPr>
          <w:rFonts w:ascii="Aptos Mono" w:hAnsi="Aptos Mono"/>
          <w:b/>
          <w:i w:val="0"/>
          <w:color w:val="111814"/>
          <w:sz w:val="22"/>
        </w:rPr>
        <w:t>Capucinne &amp; Capucinne Blue</w:t>
      </w:r>
      <w:r>
        <w:rPr>
          <w:rFonts w:ascii="Aptos Mono" w:hAnsi="Aptos Mono"/>
          <w:b/>
          <w:i w:val="0"/>
          <w:color w:val="168A46"/>
          <w:sz w:val="19"/>
        </w:rPr>
        <w:t xml:space="preserve">  ·  MinimalVS · 2021—2023</w:t>
      </w:r>
    </w:p>
    <w:p>
      <w:pPr>
        <w:spacing w:after="40" w:line="283" w:lineRule="auto"/>
        <w:ind w:left="173"/>
        <w:pBdr>
          <w:left w:val="single" w:sz="10" w:space="7" w:color="DDE7E0"/>
        </w:pBdr>
        <w:keepLines/>
      </w:pPr>
      <w:r>
        <w:rPr>
          <w:rFonts w:ascii="Aptos Mono" w:hAnsi="Aptos Mono"/>
          <w:b w:val="0"/>
          <w:i w:val="0"/>
          <w:color w:val="111814"/>
          <w:sz w:val="19"/>
        </w:rPr>
        <w:t>Two-year collaboration covering Shopify redesign, development, SEO, content, integrations and sales-flow optimisation, together with automation, ERP implementation and reliable backup infrastructure.</w:t>
      </w:r>
    </w:p>
    <w:p>
      <w:pPr>
        <w:spacing w:after="80" w:line="283" w:lineRule="auto"/>
        <w:ind w:left="173"/>
        <w:pBdr>
          <w:left w:val="single" w:sz="10" w:space="7" w:color="DDE7E0"/>
        </w:pBdr>
        <w:keepLines/>
      </w:pPr>
      <w:r>
        <w:rPr>
          <w:rFonts w:ascii="Aptos Mono" w:hAnsi="Aptos Mono"/>
          <w:b/>
          <w:i w:val="0"/>
          <w:color w:val="647269"/>
          <w:sz w:val="17"/>
        </w:rPr>
        <w:t>stack&gt; Shopify · E-commerce · SEO · Integrations · Automation</w:t>
      </w:r>
    </w:p>
    <w:p>
      <w:pPr>
        <w:pStyle w:val="Heading2"/>
        <w:spacing w:before="120" w:after="40"/>
        <w:ind w:left="173"/>
        <w:pBdr>
          <w:left w:val="single" w:sz="10" w:space="7" w:color="DDE7E0"/>
        </w:pBdr>
      </w:pPr>
      <w:r>
        <w:rPr>
          <w:rFonts w:ascii="Aptos Mono" w:hAnsi="Aptos Mono"/>
          <w:b/>
          <w:i w:val="0"/>
          <w:color w:val="111814"/>
          <w:sz w:val="22"/>
        </w:rPr>
        <w:t>Pohištvo Jurles</w:t>
      </w:r>
      <w:r>
        <w:rPr>
          <w:rFonts w:ascii="Aptos Mono" w:hAnsi="Aptos Mono"/>
          <w:b/>
          <w:i w:val="0"/>
          <w:color w:val="168A46"/>
          <w:sz w:val="19"/>
        </w:rPr>
        <w:t xml:space="preserve">  ·  Web Development &amp; Technical Support</w:t>
      </w:r>
    </w:p>
    <w:p>
      <w:pPr>
        <w:spacing w:after="40" w:line="283" w:lineRule="auto"/>
        <w:ind w:left="173"/>
        <w:pBdr>
          <w:left w:val="single" w:sz="10" w:space="7" w:color="DDE7E0"/>
        </w:pBdr>
        <w:keepLines/>
      </w:pPr>
      <w:r>
        <w:rPr>
          <w:rFonts w:ascii="Aptos Mono" w:hAnsi="Aptos Mono"/>
          <w:b w:val="0"/>
          <w:i w:val="0"/>
          <w:color w:val="111814"/>
          <w:sz w:val="19"/>
        </w:rPr>
        <w:t>Developed and maintained a responsive business website with a visual gallery, mobile improvements and clearer user journeys, followed by dependable technical support and iterative improvements.</w:t>
      </w:r>
    </w:p>
    <w:p>
      <w:pPr>
        <w:spacing w:after="80" w:line="283" w:lineRule="auto"/>
        <w:ind w:left="173"/>
        <w:pBdr>
          <w:left w:val="single" w:sz="10" w:space="7" w:color="DDE7E0"/>
        </w:pBdr>
        <w:keepLines/>
      </w:pPr>
      <w:r>
        <w:rPr>
          <w:rFonts w:ascii="Aptos Mono" w:hAnsi="Aptos Mono"/>
          <w:b/>
          <w:i w:val="0"/>
          <w:color w:val="647269"/>
          <w:sz w:val="17"/>
        </w:rPr>
        <w:t>stack&gt; WordPress · Responsive UI/UX · Performance · Long-term support</w:t>
      </w:r>
    </w:p>
    <w:p>
      <w:pPr>
        <w:pStyle w:val="Heading2"/>
        <w:spacing w:before="120" w:after="40"/>
        <w:ind w:left="173"/>
        <w:pBdr>
          <w:left w:val="single" w:sz="10" w:space="7" w:color="DDE7E0"/>
        </w:pBdr>
      </w:pPr>
      <w:r>
        <w:rPr>
          <w:rFonts w:ascii="Aptos Mono" w:hAnsi="Aptos Mono"/>
          <w:b/>
          <w:i w:val="0"/>
          <w:color w:val="111814"/>
          <w:sz w:val="22"/>
        </w:rPr>
        <w:t>RoltekApp</w:t>
      </w:r>
      <w:r>
        <w:rPr>
          <w:rFonts w:ascii="Aptos Mono" w:hAnsi="Aptos Mono"/>
          <w:b/>
          <w:i w:val="0"/>
          <w:color w:val="168A46"/>
          <w:sz w:val="19"/>
        </w:rPr>
        <w:t xml:space="preserve">  ·  Application Improvements · 2024</w:t>
      </w:r>
    </w:p>
    <w:p>
      <w:pPr>
        <w:spacing w:after="40" w:line="283" w:lineRule="auto"/>
        <w:ind w:left="173"/>
        <w:pBdr>
          <w:left w:val="single" w:sz="10" w:space="7" w:color="DDE7E0"/>
        </w:pBdr>
        <w:keepLines/>
      </w:pPr>
      <w:r>
        <w:rPr>
          <w:rFonts w:ascii="Aptos Mono" w:hAnsi="Aptos Mono"/>
          <w:b w:val="0"/>
          <w:i w:val="0"/>
          <w:color w:val="111814"/>
          <w:sz w:val="19"/>
        </w:rPr>
        <w:t>Oriented quickly within an existing application, diagnosed issues, implemented targeted improvements and supported users and partners without disrupting established workflows.</w:t>
      </w:r>
    </w:p>
    <w:p>
      <w:pPr>
        <w:pStyle w:val="Heading2"/>
        <w:spacing w:before="120" w:after="40"/>
        <w:ind w:left="173"/>
        <w:pBdr>
          <w:left w:val="single" w:sz="10" w:space="7" w:color="DDE7E0"/>
        </w:pBdr>
      </w:pPr>
      <w:r>
        <w:rPr>
          <w:rFonts w:ascii="Aptos Mono" w:hAnsi="Aptos Mono"/>
          <w:b/>
          <w:i w:val="0"/>
          <w:color w:val="111814"/>
          <w:sz w:val="22"/>
        </w:rPr>
        <w:t>PrimozJenko.si</w:t>
      </w:r>
      <w:r>
        <w:rPr>
          <w:rFonts w:ascii="Aptos Mono" w:hAnsi="Aptos Mono"/>
          <w:b/>
          <w:i w:val="0"/>
          <w:color w:val="168A46"/>
          <w:sz w:val="19"/>
        </w:rPr>
        <w:t xml:space="preserve">  ·  Personal Platform</w:t>
      </w:r>
    </w:p>
    <w:p>
      <w:pPr>
        <w:spacing w:after="40" w:line="283" w:lineRule="auto"/>
        <w:ind w:left="173"/>
        <w:pBdr>
          <w:left w:val="single" w:sz="10" w:space="7" w:color="DDE7E0"/>
        </w:pBdr>
        <w:keepLines/>
      </w:pPr>
      <w:r>
        <w:rPr>
          <w:rFonts w:ascii="Aptos Mono" w:hAnsi="Aptos Mono"/>
          <w:b w:val="0"/>
          <w:i w:val="0"/>
          <w:color w:val="111814"/>
          <w:sz w:val="19"/>
        </w:rPr>
        <w:t>Designed and developed a multilingual services and portfolio website with custom design, responsive development, performance, SEO and streamlined static deployment.</w:t>
      </w:r>
    </w:p>
    <w:p>
      <w:pPr>
        <w:spacing w:after="80" w:line="283" w:lineRule="auto"/>
        <w:ind w:left="173"/>
        <w:pBdr>
          <w:left w:val="single" w:sz="10" w:space="7" w:color="DDE7E0"/>
        </w:pBdr>
        <w:keepLines/>
      </w:pPr>
      <w:r>
        <w:rPr>
          <w:rFonts w:ascii="Aptos Mono" w:hAnsi="Aptos Mono"/>
          <w:b/>
          <w:i w:val="0"/>
          <w:color w:val="647269"/>
          <w:sz w:val="17"/>
        </w:rPr>
        <w:t>stack&gt; Next.js · TypeScript · React · Tailwind CSS</w:t>
      </w:r>
    </w:p>
    <w:p>
      <w:pPr>
        <w:pStyle w:val="Heading2"/>
        <w:spacing w:before="120" w:after="40"/>
        <w:ind w:left="173"/>
        <w:pBdr>
          <w:left w:val="single" w:sz="10" w:space="7" w:color="DDE7E0"/>
        </w:pBdr>
      </w:pPr>
      <w:r>
        <w:rPr>
          <w:rFonts w:ascii="Aptos Mono" w:hAnsi="Aptos Mono"/>
          <w:b/>
          <w:i w:val="0"/>
          <w:color w:val="111814"/>
          <w:sz w:val="22"/>
        </w:rPr>
        <w:t>Complex migrations &amp; business platforms</w:t>
      </w:r>
      <w:r>
        <w:rPr>
          <w:rFonts w:ascii="Aptos Mono" w:hAnsi="Aptos Mono"/>
          <w:b/>
          <w:i w:val="0"/>
          <w:color w:val="168A46"/>
          <w:sz w:val="19"/>
        </w:rPr>
        <w:t xml:space="preserve">  ·  Selected client work</w:t>
      </w:r>
    </w:p>
    <w:p>
      <w:pPr>
        <w:spacing w:after="40" w:line="283" w:lineRule="auto"/>
        <w:ind w:left="173"/>
        <w:pBdr>
          <w:left w:val="single" w:sz="10" w:space="7" w:color="DDE7E0"/>
        </w:pBdr>
        <w:keepLines/>
      </w:pPr>
      <w:r>
        <w:rPr>
          <w:rFonts w:ascii="Aptos Mono" w:hAnsi="Aptos Mono"/>
          <w:b w:val="0"/>
          <w:i w:val="0"/>
          <w:color w:val="111814"/>
          <w:sz w:val="19"/>
        </w:rPr>
        <w:t>Created custom tooling for Komet Metlika’s large PrestaShop-to-WooCommerce migration; moved Swimming Club Kamnik and Veronika from Joomla to WordPress while preserving content; also delivered Zakojc.com and SloveniaTours.si.</w:t>
      </w:r>
    </w:p>
    <w:p>
      <w:pPr>
        <w:spacing w:after="80" w:line="283" w:lineRule="auto"/>
        <w:ind w:left="173"/>
        <w:pBdr>
          <w:left w:val="single" w:sz="10" w:space="7" w:color="DDE7E0"/>
        </w:pBdr>
        <w:keepLines/>
      </w:pPr>
      <w:r>
        <w:rPr>
          <w:rFonts w:ascii="Aptos Mono" w:hAnsi="Aptos Mono"/>
          <w:b/>
          <w:i w:val="0"/>
          <w:color w:val="647269"/>
          <w:sz w:val="17"/>
        </w:rPr>
        <w:t>stack&gt; WordPress/WooCommerce · PrestaShop · Joomla · Next.js · SQL/CSV tooling</w:t>
      </w:r>
    </w:p>
    <w:p>
      <w:pPr>
        <w:pStyle w:val="TerminalCommand"/>
        <w:spacing w:before="200" w:after="100"/>
        <w:ind w:left="173" w:right="173"/>
        <w:pBdr>
          <w:top w:val="single" w:sz="5" w:space="5" w:color="C9D8CE"/>
        </w:pBdr>
        <w:pBdr>
          <w:bottom w:val="single" w:sz="5" w:space="5" w:color="C9D8CE"/>
        </w:pBdr>
      </w:pPr>
      <w:r>
        <w:rPr>
          <w:rFonts w:ascii="Aptos Mono" w:hAnsi="Aptos Mono"/>
          <w:b/>
          <w:i w:val="0"/>
          <w:color w:val="45D978"/>
          <w:sz w:val="18"/>
        </w:rPr>
        <w:t xml:space="preserve">$ </w:t>
      </w:r>
      <w:r>
        <w:rPr>
          <w:rFonts w:ascii="Aptos Mono" w:hAnsi="Aptos Mono"/>
          <w:b/>
          <w:i w:val="0"/>
          <w:color w:val="111814"/>
          <w:sz w:val="18"/>
        </w:rPr>
        <w:t>cat continuous-development.log</w:t>
      </w:r>
    </w:p>
    <w:p>
      <w:pPr>
        <w:spacing w:after="160" w:line="283" w:lineRule="auto"/>
        <w:ind w:left="173"/>
        <w:pBdr>
          <w:left w:val="single" w:sz="10" w:space="7" w:color="DDE7E0"/>
        </w:pBdr>
        <w:keepLines/>
      </w:pPr>
      <w:r>
        <w:rPr>
          <w:rFonts w:ascii="Aptos Mono" w:hAnsi="Aptos Mono"/>
          <w:b w:val="0"/>
          <w:i w:val="0"/>
          <w:color w:val="111814"/>
          <w:sz w:val="20"/>
        </w:rPr>
        <w:t>Wizer cybersecurity training, Hack The Box challenges, Cisco Linux and ongoing professional learning across software development, infrastructure, e-commerce and project management.</w:t>
      </w:r>
    </w:p>
    <w:p>
      <w:pPr>
        <w:spacing w:before="160" w:after="0"/>
        <w:ind w:left="173"/>
        <w:pBdr>
          <w:top w:val="single" w:sz="7" w:space="5" w:color="C9D8CE"/>
        </w:pBdr>
        <w:pBdr>
          <w:bottom w:val="single" w:sz="7" w:space="5" w:color="C9D8CE"/>
        </w:pBdr>
      </w:pPr>
      <w:r>
        <w:rPr>
          <w:rFonts w:ascii="Aptos Mono" w:hAnsi="Aptos Mono"/>
          <w:b/>
          <w:i w:val="0"/>
          <w:color w:val="168A46"/>
          <w:sz w:val="18"/>
        </w:rPr>
        <w:t>$ echo $STATUS</w:t>
        <w:br/>
      </w:r>
      <w:r>
        <w:rPr>
          <w:rFonts w:ascii="Aptos Mono" w:hAnsi="Aptos Mono"/>
          <w:b/>
          <w:i w:val="0"/>
          <w:color w:val="111814"/>
          <w:sz w:val="22"/>
        </w:rPr>
        <w:t>READY TO BUILD USEFUL, DEPENDABLE SOFTWARE.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181" w:bottom="979" w:left="1181" w:header="403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 Mono" w:hAnsi="Aptos Mono"/>
        <w:b w:val="0"/>
        <w:i w:val="0"/>
        <w:color w:val="647269"/>
        <w:sz w:val="15"/>
      </w:rPr>
      <w:t xml:space="preserve">PRIMOŽ JENKO  ·  SOFTWARE ENGINEER  ·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  <w:pBdr>
        <w:bottom w:val="single" w:sz="5" w:space="5" w:color="C9D8CE"/>
      </w:pBdr>
    </w:pPr>
    <w:r>
      <w:rPr>
        <w:rFonts w:ascii="Aptos Mono" w:hAnsi="Aptos Mono"/>
        <w:b w:val="0"/>
        <w:i w:val="0"/>
        <w:color w:val="647269"/>
        <w:sz w:val="16"/>
      </w:rPr>
      <w:t>PRIMOŽ JENKO  /  CURRICULUM VITAE  /  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83" w:lineRule="auto"/>
    </w:pPr>
    <w:rPr>
      <w:rFonts w:ascii="Aptos Mono" w:hAnsi="Aptos Mono"/>
      <w:color w:val="111814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00" w:after="140"/>
      <w:outlineLvl w:val="0"/>
    </w:pPr>
    <w:rPr>
      <w:rFonts w:asciiTheme="majorHAnsi" w:eastAsiaTheme="majorEastAsia" w:hAnsiTheme="majorHAnsi" w:cstheme="majorBidi" w:ascii="Aptos Mono" w:hAnsi="Aptos Mono"/>
      <w:b/>
      <w:bCs/>
      <w:color w:val="168A46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60"/>
      <w:outlineLvl w:val="1"/>
    </w:pPr>
    <w:rPr>
      <w:rFonts w:asciiTheme="majorHAnsi" w:eastAsiaTheme="majorEastAsia" w:hAnsiTheme="majorHAnsi" w:cstheme="majorBidi" w:ascii="Aptos Mono" w:hAnsi="Aptos Mono"/>
      <w:b/>
      <w:bCs/>
      <w:color w:val="111814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40"/>
      <w:outlineLvl w:val="2"/>
    </w:pPr>
    <w:rPr>
      <w:rFonts w:asciiTheme="majorHAnsi" w:eastAsiaTheme="majorEastAsia" w:hAnsiTheme="majorHAnsi" w:cstheme="majorBidi" w:ascii="Aptos Mono" w:hAnsi="Aptos Mono"/>
      <w:b/>
      <w:bCs/>
      <w:color w:val="168A46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erminalCommand">
    <w:name w:val="Terminal Command"/>
    <w:pPr>
      <w:keepNext/>
      <w:spacing w:before="200" w:after="140"/>
    </w:pPr>
    <w:rPr>
      <w:rFonts w:ascii="Aptos Mono" w:hAnsi="Aptos Mono"/>
      <w:b/>
      <w:color w:val="111814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Primož Jenko — Software Engineer CV</dc:title>
  <dc:subject>Professional experience, projects and technical toolkit</dc:subject>
  <dc:creator>Primož Jenko</dc:creator>
  <cp:keywords>software engineer, full-stack developer, DevOps, Android, e-commerce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